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74A55" w14:textId="77777777" w:rsidR="00E4317C" w:rsidRDefault="00E4317C">
      <w:pPr>
        <w:spacing w:after="0" w:line="240" w:lineRule="auto"/>
        <w:jc w:val="center"/>
        <w:rPr>
          <w:rFonts w:ascii="Palatino Linotype" w:eastAsia="Palatino Linotype" w:hAnsi="Palatino Linotype" w:cs="Palatino Linotype"/>
          <w:b/>
          <w:bCs/>
          <w:sz w:val="28"/>
          <w:szCs w:val="28"/>
        </w:rPr>
      </w:pPr>
    </w:p>
    <w:p w14:paraId="125B73DA" w14:textId="77777777" w:rsidR="00E4317C" w:rsidRDefault="00254C23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 xml:space="preserve">TITLE OF THE PAPER (Bold, 14 </w:t>
      </w:r>
      <w:proofErr w:type="spellStart"/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>pt</w:t>
      </w:r>
      <w:proofErr w:type="spellEnd"/>
      <w:r>
        <w:rPr>
          <w:rFonts w:ascii="Palatino Linotype" w:eastAsia="Palatino Linotype" w:hAnsi="Palatino Linotype" w:cs="Palatino Linotype"/>
          <w:b/>
          <w:bCs/>
          <w:sz w:val="28"/>
          <w:szCs w:val="28"/>
        </w:rPr>
        <w:t>, Capitalize Each Major Word)</w:t>
      </w:r>
    </w:p>
    <w:p w14:paraId="597824EC" w14:textId="77777777" w:rsidR="00E4317C" w:rsidRDefault="00E4317C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712D4A72" w14:textId="77777777" w:rsidR="00E4317C" w:rsidRDefault="00254C23">
      <w:pPr>
        <w:spacing w:after="0" w:line="240" w:lineRule="auto"/>
        <w:jc w:val="cent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First Author1*, Second Author2, Third Author3, Fourth Author1</w:t>
      </w:r>
    </w:p>
    <w:p w14:paraId="718DFA03" w14:textId="77777777" w:rsidR="00E4317C" w:rsidRDefault="00254C23">
      <w:pPr>
        <w:spacing w:after="0" w:line="240" w:lineRule="auto"/>
        <w:jc w:val="center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</w:rPr>
        <w:t xml:space="preserve">1 </w:t>
      </w:r>
      <w:r>
        <w:rPr>
          <w:rFonts w:ascii="Palatino Linotype" w:eastAsia="Palatino Linotype" w:hAnsi="Palatino Linotype" w:cs="Palatino Linotype"/>
          <w:sz w:val="20"/>
          <w:szCs w:val="20"/>
        </w:rPr>
        <w:t>Institution affiliation, Country</w:t>
      </w:r>
      <w:r>
        <w:rPr>
          <w:rFonts w:ascii="Palatino Linotype" w:eastAsia="Palatino Linotype" w:hAnsi="Palatino Linotype" w:cs="Palatino Linotype"/>
          <w:sz w:val="20"/>
          <w:szCs w:val="20"/>
        </w:rPr>
        <w:br/>
        <w:t>2 Institution affiliation, Country</w:t>
      </w:r>
      <w:r>
        <w:rPr>
          <w:rFonts w:ascii="Palatino Linotype" w:eastAsia="Palatino Linotype" w:hAnsi="Palatino Linotype" w:cs="Palatino Linotype"/>
          <w:sz w:val="20"/>
          <w:szCs w:val="20"/>
        </w:rPr>
        <w:br/>
      </w:r>
      <w:r>
        <w:rPr>
          <w:rFonts w:ascii="Palatino Linotype" w:eastAsia="Palatino Linotype" w:hAnsi="Palatino Linotype" w:cs="Palatino Linotype"/>
          <w:sz w:val="20"/>
          <w:szCs w:val="20"/>
        </w:rPr>
        <w:t>3 Institution affiliation, Country</w:t>
      </w:r>
      <w:r>
        <w:rPr>
          <w:rFonts w:ascii="Palatino Linotype" w:eastAsia="Palatino Linotype" w:hAnsi="Palatino Linotype" w:cs="Palatino Linotype"/>
          <w:sz w:val="20"/>
          <w:szCs w:val="20"/>
        </w:rPr>
        <w:br/>
        <w:t>*Corresponding author: email@domain.com</w:t>
      </w:r>
    </w:p>
    <w:p w14:paraId="6EBD3601" w14:textId="77777777" w:rsidR="00E4317C" w:rsidRDefault="00E4317C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6BCDBA5F" w14:textId="77777777" w:rsidR="00E4317C" w:rsidRDefault="00254C23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>ABSTRACT</w:t>
      </w:r>
    </w:p>
    <w:p w14:paraId="4E73D203" w14:textId="77777777" w:rsidR="00E4317C" w:rsidRDefault="00254C23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Background: Briefly describe the research context and problem statement (1–2 sentences).</w:t>
      </w:r>
      <w:r>
        <w:rPr>
          <w:rFonts w:ascii="Palatino Linotype" w:eastAsia="Palatino Linotype" w:hAnsi="Palatino Linotype" w:cs="Palatino Linotype"/>
        </w:rPr>
        <w:br/>
      </w:r>
      <w:r>
        <w:rPr>
          <w:rFonts w:ascii="Palatino Linotype" w:eastAsia="Palatino Linotype" w:hAnsi="Palatino Linotype" w:cs="Palatino Linotype"/>
        </w:rPr>
        <w:br/>
        <w:t>Objective: Clearly state the main aim of the study.</w:t>
      </w:r>
      <w:r>
        <w:rPr>
          <w:rFonts w:ascii="Palatino Linotype" w:eastAsia="Palatino Linotype" w:hAnsi="Palatino Linotype" w:cs="Palatino Linotype"/>
        </w:rPr>
        <w:br/>
      </w:r>
      <w:r>
        <w:rPr>
          <w:rFonts w:ascii="Palatino Linotype" w:eastAsia="Palatino Linotype" w:hAnsi="Palatino Linotype" w:cs="Palatino Linotype"/>
        </w:rPr>
        <w:br/>
        <w:t>Methods: Explain research de</w:t>
      </w:r>
      <w:r>
        <w:rPr>
          <w:rFonts w:ascii="Palatino Linotype" w:eastAsia="Palatino Linotype" w:hAnsi="Palatino Linotype" w:cs="Palatino Linotype"/>
        </w:rPr>
        <w:t>sign, participants/sample, instruments, and data analysis techniques.</w:t>
      </w:r>
      <w:r>
        <w:rPr>
          <w:rFonts w:ascii="Palatino Linotype" w:eastAsia="Palatino Linotype" w:hAnsi="Palatino Linotype" w:cs="Palatino Linotype"/>
        </w:rPr>
        <w:br/>
      </w:r>
      <w:r>
        <w:rPr>
          <w:rFonts w:ascii="Palatino Linotype" w:eastAsia="Palatino Linotype" w:hAnsi="Palatino Linotype" w:cs="Palatino Linotype"/>
        </w:rPr>
        <w:br/>
        <w:t>Results: Present the most significant findings. Include quantitative data or key qualitative insights.</w:t>
      </w:r>
      <w:r>
        <w:rPr>
          <w:rFonts w:ascii="Palatino Linotype" w:eastAsia="Palatino Linotype" w:hAnsi="Palatino Linotype" w:cs="Palatino Linotype"/>
        </w:rPr>
        <w:br/>
      </w:r>
      <w:r>
        <w:rPr>
          <w:rFonts w:ascii="Palatino Linotype" w:eastAsia="Palatino Linotype" w:hAnsi="Palatino Linotype" w:cs="Palatino Linotype"/>
        </w:rPr>
        <w:br/>
        <w:t>Conclusion: Highlight the contribution, implication, or novelty of the study.</w:t>
      </w:r>
      <w:r>
        <w:rPr>
          <w:rFonts w:ascii="Palatino Linotype" w:eastAsia="Palatino Linotype" w:hAnsi="Palatino Linotype" w:cs="Palatino Linotype"/>
        </w:rPr>
        <w:br/>
      </w:r>
      <w:r>
        <w:rPr>
          <w:rFonts w:ascii="Palatino Linotype" w:eastAsia="Palatino Linotype" w:hAnsi="Palatino Linotype" w:cs="Palatino Linotype"/>
        </w:rPr>
        <w:br/>
        <w:t>Wo</w:t>
      </w:r>
      <w:r>
        <w:rPr>
          <w:rFonts w:ascii="Palatino Linotype" w:eastAsia="Palatino Linotype" w:hAnsi="Palatino Linotype" w:cs="Palatino Linotype"/>
        </w:rPr>
        <w:t>rd limit: Max 250 words. Avoid citations, tables, figures, and undefined abbreviations.</w:t>
      </w:r>
    </w:p>
    <w:p w14:paraId="4C4C8E89" w14:textId="77777777" w:rsidR="00E4317C" w:rsidRDefault="00E4317C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3005089E" w14:textId="77777777" w:rsidR="00E4317C" w:rsidRDefault="00254C23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  <w:b/>
          <w:bCs/>
        </w:rPr>
        <w:t xml:space="preserve">Keywords: </w:t>
      </w:r>
      <w:r>
        <w:rPr>
          <w:rFonts w:ascii="Palatino Linotype" w:eastAsia="Palatino Linotype" w:hAnsi="Palatino Linotype" w:cs="Palatino Linotype"/>
        </w:rPr>
        <w:t>Keyword 1; Keyword 2; Keyword 3; Keyword 4; Keyword 5</w:t>
      </w:r>
    </w:p>
    <w:p w14:paraId="4C286FFC" w14:textId="77777777" w:rsidR="00E4317C" w:rsidRDefault="00E4317C">
      <w:pPr>
        <w:spacing w:after="0" w:line="240" w:lineRule="auto"/>
        <w:rPr>
          <w:rFonts w:ascii="Palatino Linotype" w:eastAsia="Palatino Linotype" w:hAnsi="Palatino Linotype" w:cs="Palatino Linotype"/>
        </w:rPr>
      </w:pPr>
    </w:p>
    <w:p w14:paraId="465D078A" w14:textId="77777777" w:rsidR="00E4317C" w:rsidRDefault="00254C23">
      <w:pPr>
        <w:spacing w:after="0" w:line="240" w:lineRule="auto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Formatting: Palatino Linotype, 12 </w:t>
      </w:r>
      <w:proofErr w:type="spellStart"/>
      <w:r>
        <w:rPr>
          <w:rFonts w:ascii="Palatino Linotype" w:eastAsia="Palatino Linotype" w:hAnsi="Palatino Linotype" w:cs="Palatino Linotype"/>
        </w:rPr>
        <w:t>pt</w:t>
      </w:r>
      <w:proofErr w:type="spellEnd"/>
      <w:r>
        <w:rPr>
          <w:rFonts w:ascii="Palatino Linotype" w:eastAsia="Palatino Linotype" w:hAnsi="Palatino Linotype" w:cs="Palatino Linotype"/>
        </w:rPr>
        <w:t>, single spacing, .docx format.</w:t>
      </w:r>
    </w:p>
    <w:sectPr w:rsidR="00E4317C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3D7AF" w14:textId="77777777" w:rsidR="00254C23" w:rsidRDefault="00254C23">
      <w:pPr>
        <w:spacing w:after="0" w:line="240" w:lineRule="auto"/>
      </w:pPr>
      <w:r>
        <w:separator/>
      </w:r>
    </w:p>
  </w:endnote>
  <w:endnote w:type="continuationSeparator" w:id="0">
    <w:p w14:paraId="3AFB005E" w14:textId="77777777" w:rsidR="00254C23" w:rsidRDefault="0025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E71F986-662F-40BA-8818-BD364702689B}"/>
    <w:embedBold r:id="rId2" w:fontKey="{F6AB0F73-DB13-4BEA-86BC-3AED5B3EFD95}"/>
    <w:embedItalic r:id="rId3" w:fontKey="{E803E52C-D6B1-4A12-9A70-67C4F62BB8F0}"/>
    <w:embedBoldItalic r:id="rId4" w:fontKey="{38A331F5-A9D8-4D61-8159-A4AC594017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C358DD-DA5F-44F6-8869-C2ED62CBE11D}"/>
    <w:embedBold r:id="rId6" w:fontKey="{F5A8EC66-BFC2-4E49-9562-5A2FCDB18D3E}"/>
    <w:embedItalic r:id="rId7" w:fontKey="{319A0B7B-9E51-4831-B093-09D7C98B8944}"/>
    <w:embedBoldItalic r:id="rId8" w:fontKey="{2382F5B9-D0CB-4B57-9484-FB11AB1218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8A08895D-FE5C-4146-9D18-0C5C17864CD7}"/>
    <w:embedBold r:id="rId10" w:fontKey="{56CDE6EE-B601-46CF-81C3-22CF85365BD1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1" w:fontKey="{0B6E42AA-9846-451F-B8E4-5844E3BBDEFF}"/>
    <w:embedBold r:id="rId12" w:fontKey="{0856D8CE-8F89-4093-AF9F-08B6DC794A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04F3F" w14:textId="77777777" w:rsidR="00254C23" w:rsidRDefault="00254C23">
      <w:pPr>
        <w:spacing w:after="0" w:line="240" w:lineRule="auto"/>
      </w:pPr>
      <w:r>
        <w:separator/>
      </w:r>
    </w:p>
  </w:footnote>
  <w:footnote w:type="continuationSeparator" w:id="0">
    <w:p w14:paraId="71535CF9" w14:textId="77777777" w:rsidR="00254C23" w:rsidRDefault="00254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1C6F" w14:textId="50CD6B5B" w:rsidR="00E4317C" w:rsidRDefault="00AC47D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oppins" w:eastAsia="Poppins" w:hAnsi="Poppins" w:cs="Poppins"/>
        <w:b/>
        <w:bCs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C511B" wp14:editId="350FB7CA">
          <wp:simplePos x="0" y="0"/>
          <wp:positionH relativeFrom="column">
            <wp:posOffset>4470400</wp:posOffset>
          </wp:positionH>
          <wp:positionV relativeFrom="paragraph">
            <wp:posOffset>107950</wp:posOffset>
          </wp:positionV>
          <wp:extent cx="1977910" cy="416560"/>
          <wp:effectExtent l="0" t="0" r="3810" b="254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91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4C23">
      <w:rPr>
        <w:rFonts w:ascii="Poppins" w:eastAsia="Poppins" w:hAnsi="Poppins" w:cs="Poppins"/>
        <w:b/>
        <w:bCs/>
        <w:color w:val="000000"/>
        <w:sz w:val="28"/>
        <w:szCs w:val="28"/>
      </w:rPr>
      <w:t>International Conference o</w:t>
    </w:r>
    <w:r w:rsidR="00254C23">
      <w:rPr>
        <w:rFonts w:ascii="Poppins" w:eastAsia="Poppins" w:hAnsi="Poppins" w:cs="Poppins"/>
        <w:b/>
        <w:bCs/>
        <w:sz w:val="28"/>
        <w:szCs w:val="28"/>
      </w:rPr>
      <w:t>n</w:t>
    </w:r>
    <w:r w:rsidR="00254C23">
      <w:rPr>
        <w:rFonts w:ascii="Poppins" w:eastAsia="Poppins" w:hAnsi="Poppins" w:cs="Poppins"/>
        <w:b/>
        <w:bCs/>
        <w:color w:val="000000"/>
        <w:sz w:val="28"/>
        <w:szCs w:val="28"/>
      </w:rPr>
      <w:t xml:space="preserve"> </w:t>
    </w:r>
  </w:p>
  <w:p w14:paraId="5E72880E" w14:textId="6B5C4094" w:rsidR="00E4317C" w:rsidRDefault="00254C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b/>
        <w:bCs/>
        <w:color w:val="000000"/>
        <w:sz w:val="28"/>
        <w:szCs w:val="28"/>
      </w:rPr>
      <w:t>Human Development for Sustainable Future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4C6495"/>
    <w:multiLevelType w:val="multilevel"/>
    <w:tmpl w:val="E72C270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17C"/>
    <w:rsid w:val="00254C23"/>
    <w:rsid w:val="009551E2"/>
    <w:rsid w:val="00AC47DF"/>
    <w:rsid w:val="00E4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D867A"/>
  <w15:docId w15:val="{72B62EF1-5B6D-4E9C-8B32-B98EE29DF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1c2oKSY2ejtW9pa4j/yhaqwI5A==">CgMxLjA4AHIhMUd5QTA0aTlEenhidENIUUZLa1FaZDNjWVBiS0otcE1U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abdul muis</cp:lastModifiedBy>
  <cp:revision>2</cp:revision>
  <dcterms:created xsi:type="dcterms:W3CDTF">2013-12-23T23:15:00Z</dcterms:created>
  <dcterms:modified xsi:type="dcterms:W3CDTF">2026-04-09T11:13:00Z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c7d6333d-37a7-45a1-8102-74e636b4c83f</vt:lpwstr>
  </property>
</Properties>
</file>