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B43B7" w14:textId="7FB8F36D" w:rsidR="007E1042" w:rsidRDefault="007E1042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bCs/>
          <w:sz w:val="28"/>
          <w:szCs w:val="28"/>
        </w:rPr>
      </w:pPr>
    </w:p>
    <w:p w14:paraId="78D19500" w14:textId="6CF3536E" w:rsidR="007E1042" w:rsidRDefault="009C4F64">
      <w:pPr>
        <w:spacing w:after="0" w:line="240" w:lineRule="auto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  <w:sz w:val="28"/>
          <w:szCs w:val="28"/>
        </w:rPr>
        <w:t xml:space="preserve">TITLE OF THE </w:t>
      </w:r>
      <w:r w:rsidR="007C410D">
        <w:rPr>
          <w:rFonts w:ascii="Palatino Linotype" w:eastAsia="Palatino Linotype" w:hAnsi="Palatino Linotype" w:cs="Palatino Linotype"/>
          <w:b/>
          <w:bCs/>
          <w:sz w:val="28"/>
          <w:szCs w:val="28"/>
        </w:rPr>
        <w:t>PANEL / ALTERNATIVE FORMAT</w:t>
      </w:r>
      <w:r>
        <w:rPr>
          <w:rFonts w:ascii="Palatino Linotype" w:eastAsia="Palatino Linotype" w:hAnsi="Palatino Linotype" w:cs="Palatino Linotype"/>
          <w:b/>
          <w:bCs/>
          <w:sz w:val="28"/>
          <w:szCs w:val="28"/>
        </w:rPr>
        <w:t xml:space="preserve"> (Bold, 14 pt, Capitalize Each Major Word)</w:t>
      </w:r>
    </w:p>
    <w:p w14:paraId="1B4E12D2" w14:textId="04D65294" w:rsidR="007E1042" w:rsidRDefault="007E1042">
      <w:pPr>
        <w:spacing w:after="0" w:line="240" w:lineRule="auto"/>
        <w:rPr>
          <w:rFonts w:ascii="Palatino Linotype" w:eastAsia="Palatino Linotype" w:hAnsi="Palatino Linotype" w:cs="Palatino Linotype"/>
        </w:rPr>
      </w:pPr>
    </w:p>
    <w:p w14:paraId="2B8AC494" w14:textId="77609CC5" w:rsidR="007E1042" w:rsidRDefault="007E1042">
      <w:pPr>
        <w:spacing w:after="0" w:line="240" w:lineRule="auto"/>
        <w:rPr>
          <w:rFonts w:ascii="Palatino Linotype" w:eastAsia="Palatino Linotype" w:hAnsi="Palatino Linotype" w:cs="Palatino Linotype"/>
        </w:rPr>
      </w:pPr>
    </w:p>
    <w:p w14:paraId="2999E68F" w14:textId="1EFF693B" w:rsidR="007C410D" w:rsidRDefault="007C410D">
      <w:pPr>
        <w:spacing w:after="0" w:line="240" w:lineRule="auto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CONVENER</w:t>
      </w:r>
      <w:proofErr w:type="gramStart"/>
      <w:r>
        <w:rPr>
          <w:rFonts w:ascii="Palatino Linotype" w:eastAsia="Palatino Linotype" w:hAnsi="Palatino Linotype" w:cs="Palatino Linotype"/>
          <w:b/>
          <w:bCs/>
        </w:rPr>
        <w:t>:  (</w:t>
      </w:r>
      <w:proofErr w:type="gramEnd"/>
      <w:r>
        <w:rPr>
          <w:rFonts w:ascii="Palatino Linotype" w:eastAsia="Palatino Linotype" w:hAnsi="Palatino Linotype" w:cs="Palatino Linotype"/>
          <w:b/>
          <w:bCs/>
        </w:rPr>
        <w:t>Name, institution affiliation, email)</w:t>
      </w:r>
    </w:p>
    <w:p w14:paraId="6C0F431E" w14:textId="77777777" w:rsidR="007C410D" w:rsidRDefault="007C410D">
      <w:pPr>
        <w:spacing w:after="0" w:line="240" w:lineRule="auto"/>
        <w:rPr>
          <w:rFonts w:ascii="Palatino Linotype" w:eastAsia="Palatino Linotype" w:hAnsi="Palatino Linotype" w:cs="Palatino Linotype"/>
          <w:b/>
          <w:bCs/>
        </w:rPr>
      </w:pPr>
    </w:p>
    <w:p w14:paraId="05A41F83" w14:textId="4D31789C" w:rsidR="007E1042" w:rsidRDefault="007C410D">
      <w:pPr>
        <w:spacing w:after="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>DESCRIPTION</w:t>
      </w:r>
    </w:p>
    <w:p w14:paraId="1656EF7D" w14:textId="20503975" w:rsidR="007C410D" w:rsidRDefault="007C410D" w:rsidP="007C410D">
      <w:pPr>
        <w:spacing w:after="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Explain the format and the chosen topic. Include every discussant/ presenter name(s), institution affiliation(s), and email(s)</w:t>
      </w:r>
    </w:p>
    <w:p w14:paraId="2B29618D" w14:textId="77777777" w:rsidR="007C410D" w:rsidRDefault="007C410D" w:rsidP="007C410D">
      <w:pPr>
        <w:spacing w:after="0" w:line="240" w:lineRule="auto"/>
        <w:rPr>
          <w:rFonts w:ascii="Palatino Linotype" w:eastAsia="Palatino Linotype" w:hAnsi="Palatino Linotype" w:cs="Palatino Linotype"/>
        </w:rPr>
      </w:pPr>
    </w:p>
    <w:p w14:paraId="143225A4" w14:textId="77777777" w:rsidR="007C410D" w:rsidRDefault="007C410D" w:rsidP="007C410D">
      <w:pPr>
        <w:spacing w:after="0" w:line="240" w:lineRule="auto"/>
        <w:rPr>
          <w:rFonts w:ascii="Palatino Linotype" w:eastAsia="Palatino Linotype" w:hAnsi="Palatino Linotype" w:cs="Palatino Linotype"/>
        </w:rPr>
      </w:pPr>
    </w:p>
    <w:p w14:paraId="7C10200A" w14:textId="77777777" w:rsidR="007C410D" w:rsidRDefault="007C410D" w:rsidP="007C410D">
      <w:pPr>
        <w:spacing w:after="0" w:line="240" w:lineRule="auto"/>
        <w:rPr>
          <w:rFonts w:ascii="Palatino Linotype" w:eastAsia="Palatino Linotype" w:hAnsi="Palatino Linotype" w:cs="Palatino Linotype"/>
        </w:rPr>
      </w:pPr>
    </w:p>
    <w:p w14:paraId="450A5848" w14:textId="77777777" w:rsidR="007C410D" w:rsidRDefault="007C410D" w:rsidP="007C410D">
      <w:pPr>
        <w:spacing w:after="0" w:line="240" w:lineRule="auto"/>
        <w:rPr>
          <w:rFonts w:ascii="Palatino Linotype" w:eastAsia="Palatino Linotype" w:hAnsi="Palatino Linotype" w:cs="Palatino Linotype"/>
        </w:rPr>
      </w:pPr>
    </w:p>
    <w:p w14:paraId="6D90203B" w14:textId="77777777" w:rsidR="007C410D" w:rsidRDefault="007C410D" w:rsidP="007C410D">
      <w:pPr>
        <w:spacing w:after="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 xml:space="preserve">KEYWORDS: </w:t>
      </w:r>
      <w:r>
        <w:rPr>
          <w:rFonts w:ascii="Palatino Linotype" w:eastAsia="Palatino Linotype" w:hAnsi="Palatino Linotype" w:cs="Palatino Linotype"/>
        </w:rPr>
        <w:t>Keyword 1; Keyword 2; Keyword 3; Keyword 4; Keyword 5</w:t>
      </w:r>
    </w:p>
    <w:p w14:paraId="04598B7B" w14:textId="202E4C14" w:rsidR="007E1042" w:rsidRDefault="009C4F64" w:rsidP="007C410D">
      <w:pPr>
        <w:spacing w:after="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br/>
      </w:r>
    </w:p>
    <w:p w14:paraId="7A48AB92" w14:textId="77777777" w:rsidR="007E1042" w:rsidRDefault="007E1042">
      <w:pPr>
        <w:spacing w:after="0" w:line="240" w:lineRule="auto"/>
        <w:rPr>
          <w:rFonts w:ascii="Palatino Linotype" w:eastAsia="Palatino Linotype" w:hAnsi="Palatino Linotype" w:cs="Palatino Linotype"/>
        </w:rPr>
      </w:pPr>
    </w:p>
    <w:p w14:paraId="62A8D9F1" w14:textId="77777777" w:rsidR="007E1042" w:rsidRDefault="007E1042">
      <w:pPr>
        <w:spacing w:after="0" w:line="240" w:lineRule="auto"/>
        <w:rPr>
          <w:rFonts w:ascii="Palatino Linotype" w:eastAsia="Palatino Linotype" w:hAnsi="Palatino Linotype" w:cs="Palatino Linotype"/>
        </w:rPr>
      </w:pPr>
    </w:p>
    <w:p w14:paraId="02BDD576" w14:textId="77777777" w:rsidR="007E1042" w:rsidRDefault="009C4F64">
      <w:pPr>
        <w:spacing w:after="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Formatting: Palatino Linotype, 12 pt, single spacing, .docx format.</w:t>
      </w:r>
    </w:p>
    <w:sectPr w:rsidR="007E1042">
      <w:head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197BE" w14:textId="77777777" w:rsidR="009C4F64" w:rsidRDefault="009C4F64">
      <w:pPr>
        <w:spacing w:after="0" w:line="240" w:lineRule="auto"/>
      </w:pPr>
      <w:r>
        <w:separator/>
      </w:r>
    </w:p>
  </w:endnote>
  <w:endnote w:type="continuationSeparator" w:id="0">
    <w:p w14:paraId="0941BF22" w14:textId="77777777" w:rsidR="009C4F64" w:rsidRDefault="009C4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9A20F5A-BD3A-4E2F-801A-053ABA4895AA}"/>
    <w:embedBold r:id="rId2" w:fontKey="{F1D928C0-80E0-44FF-953A-C88D346AD356}"/>
    <w:embedItalic r:id="rId3" w:fontKey="{1AE0441D-BF96-4AE0-8D45-3987207FB2A1}"/>
    <w:embedBoldItalic r:id="rId4" w:fontKey="{31183B6E-7246-4B13-BEA9-8C8036BE61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2516402-E4B7-4348-994E-0C6DA259495A}"/>
    <w:embedBold r:id="rId6" w:fontKey="{8F08C6DA-2C6F-4FCB-A7D4-761485D6D835}"/>
    <w:embedItalic r:id="rId7" w:fontKey="{7F52FA50-73F8-4702-A697-FD3574121D47}"/>
    <w:embedBoldItalic r:id="rId8" w:fontKey="{F6A9B04F-5D40-4CFE-BDD3-A38E826A56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0C1AF4FF-2360-41A5-A291-3B7EAA4A834D}"/>
    <w:embedBold r:id="rId10" w:fontKey="{EFDBD50A-EC4B-4EE9-9BD8-81C60036C59B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1" w:fontKey="{98ED55E9-3344-4856-BF58-97EB626F0B93}"/>
    <w:embedBold r:id="rId12" w:fontKey="{79856A8D-ED64-49AD-BE15-132C41935C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0433C" w14:textId="77777777" w:rsidR="009C4F64" w:rsidRDefault="009C4F64">
      <w:pPr>
        <w:spacing w:after="0" w:line="240" w:lineRule="auto"/>
      </w:pPr>
      <w:r>
        <w:separator/>
      </w:r>
    </w:p>
  </w:footnote>
  <w:footnote w:type="continuationSeparator" w:id="0">
    <w:p w14:paraId="5CEC671B" w14:textId="77777777" w:rsidR="009C4F64" w:rsidRDefault="009C4F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22BBB" w14:textId="31A6BF8F" w:rsidR="007E1042" w:rsidRDefault="00D855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Poppins" w:eastAsia="Poppins" w:hAnsi="Poppins" w:cs="Poppins"/>
        <w:b/>
        <w:bCs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55C3638" wp14:editId="13CDB416">
          <wp:simplePos x="0" y="0"/>
          <wp:positionH relativeFrom="column">
            <wp:posOffset>4472045</wp:posOffset>
          </wp:positionH>
          <wp:positionV relativeFrom="paragraph">
            <wp:posOffset>107950</wp:posOffset>
          </wp:positionV>
          <wp:extent cx="1977910" cy="416560"/>
          <wp:effectExtent l="0" t="0" r="381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402" cy="422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4F64">
      <w:rPr>
        <w:rFonts w:ascii="Poppins" w:eastAsia="Poppins" w:hAnsi="Poppins" w:cs="Poppins"/>
        <w:b/>
        <w:bCs/>
        <w:color w:val="000000"/>
        <w:sz w:val="28"/>
        <w:szCs w:val="28"/>
      </w:rPr>
      <w:t>International Conference o</w:t>
    </w:r>
    <w:r w:rsidR="009C4F64">
      <w:rPr>
        <w:rFonts w:ascii="Poppins" w:eastAsia="Poppins" w:hAnsi="Poppins" w:cs="Poppins"/>
        <w:b/>
        <w:bCs/>
        <w:sz w:val="28"/>
        <w:szCs w:val="28"/>
      </w:rPr>
      <w:t>n</w:t>
    </w:r>
    <w:r w:rsidR="009C4F64">
      <w:rPr>
        <w:rFonts w:ascii="Poppins" w:eastAsia="Poppins" w:hAnsi="Poppins" w:cs="Poppins"/>
        <w:b/>
        <w:bCs/>
        <w:color w:val="000000"/>
        <w:sz w:val="28"/>
        <w:szCs w:val="28"/>
      </w:rPr>
      <w:t xml:space="preserve"> </w:t>
    </w:r>
  </w:p>
  <w:p w14:paraId="40C452F1" w14:textId="34E5446F" w:rsidR="007E1042" w:rsidRDefault="009C4F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Poppins" w:eastAsia="Poppins" w:hAnsi="Poppins" w:cs="Poppins"/>
        <w:color w:val="000000"/>
        <w:sz w:val="28"/>
        <w:szCs w:val="28"/>
      </w:rPr>
    </w:pPr>
    <w:r>
      <w:rPr>
        <w:rFonts w:ascii="Poppins" w:eastAsia="Poppins" w:hAnsi="Poppins" w:cs="Poppins"/>
        <w:b/>
        <w:bCs/>
        <w:color w:val="000000"/>
        <w:sz w:val="28"/>
        <w:szCs w:val="28"/>
      </w:rPr>
      <w:t xml:space="preserve">Human Development for </w:t>
    </w:r>
    <w:r>
      <w:rPr>
        <w:rFonts w:ascii="Poppins" w:eastAsia="Poppins" w:hAnsi="Poppins" w:cs="Poppins"/>
        <w:b/>
        <w:bCs/>
        <w:color w:val="000000"/>
        <w:sz w:val="28"/>
        <w:szCs w:val="28"/>
      </w:rPr>
      <w:t>Sustainable Future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49DC"/>
    <w:multiLevelType w:val="multilevel"/>
    <w:tmpl w:val="FEC2FE74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042"/>
    <w:rsid w:val="000C74AF"/>
    <w:rsid w:val="001C012F"/>
    <w:rsid w:val="0048784C"/>
    <w:rsid w:val="004C199A"/>
    <w:rsid w:val="007C410D"/>
    <w:rsid w:val="007E1042"/>
    <w:rsid w:val="009C4F64"/>
    <w:rsid w:val="00A110D6"/>
    <w:rsid w:val="00D8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72F3A"/>
  <w15:docId w15:val="{935D02B5-84C7-467F-B1B8-494836CCF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1c2oKSY2ejtW9pa4j/yhaqwI5A==">CgMxLjA4AHIhMUd5QTA0aTlEenhidENIUUZLa1FaZDNjWVBiS0otcE1U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abdul muis</cp:lastModifiedBy>
  <cp:revision>5</cp:revision>
  <dcterms:created xsi:type="dcterms:W3CDTF">2026-04-03T10:17:00Z</dcterms:created>
  <dcterms:modified xsi:type="dcterms:W3CDTF">2026-04-09T11:13:00Z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c7d6333d-37a7-45a1-8102-74e636b4c83f</vt:lpwstr>
  </property>
</Properties>
</file>